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224929" w14:textId="77777777" w:rsidR="00E14558" w:rsidRDefault="00000000">
      <w:pPr>
        <w:spacing w:after="60"/>
        <w:jc w:val="center"/>
      </w:pPr>
      <w:r>
        <w:rPr>
          <w:rFonts w:ascii="Arial" w:hAnsi="Arial"/>
          <w:b/>
          <w:color w:val="17365D"/>
          <w:sz w:val="68"/>
        </w:rPr>
        <w:t>MEN’S A.A.</w:t>
      </w:r>
    </w:p>
    <w:p w14:paraId="155D774C" w14:textId="77777777" w:rsidR="00E14558" w:rsidRDefault="00000000">
      <w:pPr>
        <w:spacing w:after="60"/>
        <w:jc w:val="center"/>
      </w:pPr>
      <w:r>
        <w:rPr>
          <w:rFonts w:ascii="Arial" w:hAnsi="Arial"/>
          <w:b/>
          <w:color w:val="17365D"/>
          <w:sz w:val="60"/>
        </w:rPr>
        <w:t>BIG BOOK STUDY</w:t>
      </w:r>
    </w:p>
    <w:p w14:paraId="3DB66A70" w14:textId="77777777" w:rsidR="00E14558" w:rsidRDefault="00000000">
      <w:pPr>
        <w:spacing w:after="60"/>
        <w:jc w:val="center"/>
      </w:pPr>
      <w:r>
        <w:rPr>
          <w:rFonts w:ascii="Arial" w:hAnsi="Arial"/>
          <w:b/>
          <w:color w:val="17365D"/>
          <w:sz w:val="32"/>
        </w:rPr>
        <w:t>An Online Study for Men Hosted by</w:t>
      </w:r>
    </w:p>
    <w:p w14:paraId="1A1E1DA3" w14:textId="77777777" w:rsidR="00E14558" w:rsidRDefault="00000000">
      <w:pPr>
        <w:spacing w:after="60"/>
        <w:jc w:val="center"/>
      </w:pPr>
      <w:r>
        <w:rPr>
          <w:rFonts w:ascii="Arial" w:hAnsi="Arial"/>
          <w:b/>
          <w:color w:val="17365D"/>
          <w:sz w:val="30"/>
        </w:rPr>
        <w:t>John H., Sheldon A., and Steve D.</w:t>
      </w:r>
    </w:p>
    <w:p w14:paraId="1063AC9E" w14:textId="77777777" w:rsidR="00E14558" w:rsidRDefault="00000000">
      <w:pPr>
        <w:spacing w:after="60"/>
        <w:jc w:val="center"/>
      </w:pPr>
      <w:r>
        <w:rPr>
          <w:rFonts w:ascii="Arial" w:hAnsi="Arial"/>
          <w:b/>
          <w:color w:val="17365D"/>
          <w:sz w:val="40"/>
        </w:rPr>
        <w:t>MONDAYS • 7:30 PM – 9:00 PM</w:t>
      </w:r>
    </w:p>
    <w:p w14:paraId="5AE1D7ED" w14:textId="77777777" w:rsidR="00E14558" w:rsidRDefault="00000000">
      <w:pPr>
        <w:spacing w:after="60"/>
        <w:jc w:val="center"/>
      </w:pPr>
      <w:r>
        <w:rPr>
          <w:rFonts w:ascii="Arial" w:hAnsi="Arial"/>
          <w:b/>
          <w:color w:val="17365D"/>
          <w:sz w:val="36"/>
        </w:rPr>
        <w:t>September 14 – December 14, 2026</w:t>
      </w:r>
    </w:p>
    <w:p w14:paraId="25259796" w14:textId="77777777" w:rsidR="00E14558" w:rsidRDefault="00000000">
      <w:pPr>
        <w:spacing w:after="60"/>
        <w:jc w:val="center"/>
      </w:pPr>
      <w:r>
        <w:rPr>
          <w:rFonts w:ascii="Arial" w:hAnsi="Arial"/>
          <w:color w:val="222222"/>
          <w:sz w:val="26"/>
        </w:rPr>
        <w:t>Join us for an online study of A.A.’s Big Book, with an opportunity to read, discuss, and explore the principles of the A.A. program together.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12"/>
      </w:tblGrid>
      <w:tr w:rsidR="00E14558" w14:paraId="348CB08E" w14:textId="77777777">
        <w:tc>
          <w:tcPr>
            <w:tcW w:w="10512" w:type="dxa"/>
            <w:shd w:val="clear" w:color="auto" w:fill="17365D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2E350BF7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44"/>
              </w:rPr>
              <w:t>ONLINE VIA ZOOM</w:t>
            </w:r>
          </w:p>
          <w:p w14:paraId="4418DE98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FFD966"/>
                <w:sz w:val="32"/>
              </w:rPr>
              <w:t>Zoom Meeting ID: 826 9653 5246</w:t>
            </w:r>
          </w:p>
          <w:p w14:paraId="09203B39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FFD966"/>
                <w:sz w:val="32"/>
              </w:rPr>
              <w:t>Passcode: 619501</w:t>
            </w:r>
          </w:p>
        </w:tc>
      </w:tr>
    </w:tbl>
    <w:p w14:paraId="145E0FEE" w14:textId="77777777" w:rsidR="00E14558" w:rsidRDefault="00E14558"/>
    <w:tbl>
      <w:tblPr>
        <w:tblW w:w="0" w:type="auto"/>
        <w:tblLook w:val="04A0" w:firstRow="1" w:lastRow="0" w:firstColumn="1" w:lastColumn="0" w:noHBand="0" w:noVBand="1"/>
      </w:tblPr>
      <w:tblGrid>
        <w:gridCol w:w="5256"/>
        <w:gridCol w:w="5256"/>
      </w:tblGrid>
      <w:tr w:rsidR="00E14558" w14:paraId="0087A059" w14:textId="77777777">
        <w:tc>
          <w:tcPr>
            <w:tcW w:w="5256" w:type="dxa"/>
            <w:shd w:val="clear" w:color="auto" w:fill="F4F0E6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7795D6DA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17365D"/>
                <w:sz w:val="34"/>
              </w:rPr>
              <w:t>INTERESTED?</w:t>
            </w:r>
          </w:p>
          <w:p w14:paraId="4A606EA4" w14:textId="77777777" w:rsidR="00E14558" w:rsidRDefault="00000000">
            <w:pPr>
              <w:jc w:val="center"/>
            </w:pPr>
            <w:r>
              <w:rPr>
                <w:rFonts w:ascii="Arial" w:hAnsi="Arial"/>
                <w:color w:val="222222"/>
                <w:sz w:val="24"/>
              </w:rPr>
              <w:t>For more information or to participate,</w:t>
            </w:r>
          </w:p>
          <w:p w14:paraId="708176BF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222222"/>
                <w:sz w:val="32"/>
              </w:rPr>
              <w:t>Steve D.</w:t>
            </w:r>
          </w:p>
          <w:p w14:paraId="31B5702E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222222"/>
                <w:sz w:val="32"/>
              </w:rPr>
              <w:t>709-727-0418</w:t>
            </w:r>
          </w:p>
          <w:p w14:paraId="189D52AE" w14:textId="77777777" w:rsidR="00E14558" w:rsidRDefault="00000000">
            <w:pPr>
              <w:jc w:val="center"/>
            </w:pPr>
            <w:r>
              <w:rPr>
                <w:rFonts w:ascii="Arial" w:hAnsi="Arial"/>
                <w:color w:val="222222"/>
                <w:sz w:val="24"/>
              </w:rPr>
              <w:t>Call or text or just show up on the 14th @ 7:30 pm</w:t>
            </w:r>
          </w:p>
        </w:tc>
        <w:tc>
          <w:tcPr>
            <w:tcW w:w="5256" w:type="dxa"/>
            <w:shd w:val="clear" w:color="auto" w:fill="F4F0E6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6799900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17365D"/>
                <w:sz w:val="34"/>
              </w:rPr>
              <w:t>YOUR HOSTS</w:t>
            </w:r>
          </w:p>
          <w:p w14:paraId="61EF9341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17365D"/>
                <w:sz w:val="30"/>
              </w:rPr>
              <w:t>John H.</w:t>
            </w:r>
          </w:p>
          <w:p w14:paraId="3EF100ED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17365D"/>
                <w:sz w:val="30"/>
              </w:rPr>
              <w:t>Sheldon A.</w:t>
            </w:r>
          </w:p>
          <w:p w14:paraId="3EBD558C" w14:textId="77777777" w:rsidR="00E14558" w:rsidRDefault="00000000">
            <w:pPr>
              <w:jc w:val="center"/>
            </w:pPr>
            <w:r>
              <w:rPr>
                <w:rFonts w:ascii="Arial" w:hAnsi="Arial"/>
                <w:b/>
                <w:color w:val="17365D"/>
                <w:sz w:val="30"/>
              </w:rPr>
              <w:t>Steve D.</w:t>
            </w:r>
          </w:p>
        </w:tc>
      </w:tr>
    </w:tbl>
    <w:p w14:paraId="6E1F2A8E" w14:textId="77777777" w:rsidR="00E14558" w:rsidRDefault="00000000">
      <w:pPr>
        <w:spacing w:after="60"/>
        <w:jc w:val="center"/>
      </w:pPr>
      <w:r>
        <w:rPr>
          <w:rFonts w:ascii="Georgia" w:hAnsi="Georgia"/>
          <w:color w:val="555555"/>
          <w:sz w:val="20"/>
        </w:rPr>
        <w:t>“Rarely have we seen a person fail who has thoroughly followed our path.”</w:t>
      </w:r>
    </w:p>
    <w:p w14:paraId="3CB07A94" w14:textId="77777777" w:rsidR="00E14558" w:rsidRDefault="00000000">
      <w:pPr>
        <w:spacing w:after="60"/>
        <w:jc w:val="center"/>
      </w:pPr>
      <w:r>
        <w:rPr>
          <w:rFonts w:ascii="Arial" w:hAnsi="Arial"/>
          <w:color w:val="555555"/>
          <w:sz w:val="20"/>
        </w:rPr>
        <w:t>— A.A. Big Book, p. 58</w:t>
      </w:r>
    </w:p>
    <w:p w14:paraId="595B61D8" w14:textId="77777777" w:rsidR="00E14558" w:rsidRDefault="00000000">
      <w:pPr>
        <w:shd w:val="clear" w:color="auto" w:fill="17365D"/>
        <w:spacing w:after="60"/>
        <w:jc w:val="center"/>
      </w:pPr>
      <w:r>
        <w:rPr>
          <w:rFonts w:ascii="Arial" w:hAnsi="Arial"/>
          <w:b/>
          <w:color w:val="FFFFFF"/>
          <w:sz w:val="28"/>
        </w:rPr>
        <w:t>ALL MEN INTERESTED IN STUDYING THE BIG BOOK ARE WELCOME.</w:t>
      </w:r>
    </w:p>
    <w:sectPr w:rsidR="00E14558" w:rsidSect="00034616">
      <w:pgSz w:w="12240" w:h="15840"/>
      <w:pgMar w:top="648" w:right="864" w:bottom="648" w:left="864" w:header="720" w:footer="720" w:gutter="0"/>
      <w:pgBorders w:offsetFrom="page">
        <w:top w:val="single" w:sz="16" w:space="6" w:color="17365D"/>
        <w:left w:val="single" w:sz="16" w:space="6" w:color="17365D"/>
        <w:bottom w:val="single" w:sz="16" w:space="6" w:color="17365D"/>
        <w:right w:val="single" w:sz="16" w:space="6" w:color="17365D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434985">
    <w:abstractNumId w:val="8"/>
  </w:num>
  <w:num w:numId="2" w16cid:durableId="1498692940">
    <w:abstractNumId w:val="6"/>
  </w:num>
  <w:num w:numId="3" w16cid:durableId="129785398">
    <w:abstractNumId w:val="5"/>
  </w:num>
  <w:num w:numId="4" w16cid:durableId="1011906822">
    <w:abstractNumId w:val="4"/>
  </w:num>
  <w:num w:numId="5" w16cid:durableId="325984795">
    <w:abstractNumId w:val="7"/>
  </w:num>
  <w:num w:numId="6" w16cid:durableId="1706639219">
    <w:abstractNumId w:val="3"/>
  </w:num>
  <w:num w:numId="7" w16cid:durableId="848443931">
    <w:abstractNumId w:val="2"/>
  </w:num>
  <w:num w:numId="8" w16cid:durableId="1465808130">
    <w:abstractNumId w:val="1"/>
  </w:num>
  <w:num w:numId="9" w16cid:durableId="425650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65A6"/>
    <w:rsid w:val="0029639D"/>
    <w:rsid w:val="00326F90"/>
    <w:rsid w:val="008B1C7E"/>
    <w:rsid w:val="00AA1D8D"/>
    <w:rsid w:val="00B47730"/>
    <w:rsid w:val="00CB0664"/>
    <w:rsid w:val="00E145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01293F"/>
  <w14:defaultImageDpi w14:val="300"/>
  <w15:docId w15:val="{47701EFD-4ED4-D549-A1DE-7986C842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Steve Darcy</cp:lastModifiedBy>
  <cp:revision>2</cp:revision>
  <dcterms:created xsi:type="dcterms:W3CDTF">2026-09-01T11:55:00Z</dcterms:created>
  <dcterms:modified xsi:type="dcterms:W3CDTF">2026-09-01T11:55:00Z</dcterms:modified>
  <cp:category/>
</cp:coreProperties>
</file>